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28C42" w14:textId="77777777" w:rsidR="00400DDF" w:rsidRDefault="00000000">
      <w:pPr>
        <w:pStyle w:val="Heading1"/>
      </w:pPr>
      <w:r>
        <w:t>Connelly Health and Wellness</w:t>
      </w:r>
    </w:p>
    <w:p w14:paraId="48FBB889" w14:textId="77777777" w:rsidR="00400DDF" w:rsidRDefault="00000000">
      <w:pPr>
        <w:pStyle w:val="Heading2"/>
      </w:pPr>
      <w:r>
        <w:t>Self-Defense Course Liability Waiver</w:t>
      </w:r>
    </w:p>
    <w:p w14:paraId="7BE34392" w14:textId="77777777" w:rsidR="00400DDF" w:rsidRDefault="00000000">
      <w:r>
        <w:t>Participant Name: _________________________________________</w:t>
      </w:r>
    </w:p>
    <w:p w14:paraId="58A43624" w14:textId="77777777" w:rsidR="00400DDF" w:rsidRDefault="00000000">
      <w:r>
        <w:t>Date: ____________________</w:t>
      </w:r>
    </w:p>
    <w:p w14:paraId="2EBDF7E5" w14:textId="77777777" w:rsidR="00400DDF" w:rsidRDefault="00000000">
      <w:pPr>
        <w:pStyle w:val="Heading3"/>
      </w:pPr>
      <w:r>
        <w:t>Acknowledgment of Risk</w:t>
      </w:r>
    </w:p>
    <w:p w14:paraId="48DBC67C" w14:textId="77777777" w:rsidR="00400DDF" w:rsidRDefault="00000000">
      <w:r>
        <w:t>I, the undersigned participant, acknowledge that participation in self-defense training, whether conducted in person or virtually, involves inherent risks, including but not limited to: physical exertion, falls, contact with other participants or equipment, and potential injury. I understand that while reasonable safety measures will be taken by instructors, it is not possible to eliminate all risks.</w:t>
      </w:r>
    </w:p>
    <w:p w14:paraId="325A6907" w14:textId="77777777" w:rsidR="00400DDF" w:rsidRDefault="00000000">
      <w:pPr>
        <w:pStyle w:val="Heading3"/>
      </w:pPr>
      <w:r>
        <w:t>Voluntary Participation</w:t>
      </w:r>
    </w:p>
    <w:p w14:paraId="517BED2F" w14:textId="77777777" w:rsidR="00400DDF" w:rsidRDefault="00000000">
      <w:r>
        <w:t>I confirm that my participation in this self-defense course is entirely voluntary. I understand that I may withdraw from participation at any time; however, this does not relieve me of any financial obligations associated with enrollment.</w:t>
      </w:r>
    </w:p>
    <w:p w14:paraId="1A471465" w14:textId="77777777" w:rsidR="00400DDF" w:rsidRDefault="00000000">
      <w:pPr>
        <w:pStyle w:val="Heading3"/>
      </w:pPr>
      <w:r>
        <w:t>Health and Fitness Certification</w:t>
      </w:r>
    </w:p>
    <w:p w14:paraId="33E624E2" w14:textId="77777777" w:rsidR="00400DDF" w:rsidRDefault="00000000">
      <w:r>
        <w:t>I certify that I am physically and mentally capable of participating in self-defense training. I have disclosed any pre-existing health conditions, injuries, or limitations to the instructor prior to beginning the course. I agree to immediately inform the instructor of any pain, discomfort, or concerns during training.</w:t>
      </w:r>
    </w:p>
    <w:p w14:paraId="1F21C2CD" w14:textId="77777777" w:rsidR="00400DDF" w:rsidRDefault="00000000">
      <w:pPr>
        <w:pStyle w:val="Heading3"/>
      </w:pPr>
      <w:r>
        <w:t>Release of Liability</w:t>
      </w:r>
    </w:p>
    <w:p w14:paraId="6D3AFDFF" w14:textId="77777777" w:rsidR="00400DDF" w:rsidRDefault="00000000">
      <w:r>
        <w:t>In consideration of being allowed to participate in this course, I hereby:</w:t>
      </w:r>
      <w:r>
        <w:br/>
        <w:t>- Release and hold harmless Connelly Health and Wellness, its instructors, employees, contractors, and affiliates from any liability, claims, demands, or causes of action arising from participation in this program.</w:t>
      </w:r>
      <w:r>
        <w:br/>
        <w:t>- Accept full responsibility for any injuries, damages, or losses I may sustain as a result of participating in the course, whether occurring during in-person training, at home, or during virtual instruction.</w:t>
      </w:r>
    </w:p>
    <w:p w14:paraId="0B2F2370" w14:textId="77777777" w:rsidR="00400DDF" w:rsidRDefault="00000000">
      <w:pPr>
        <w:pStyle w:val="Heading3"/>
      </w:pPr>
      <w:r>
        <w:t>Virtual Training Disclaimer</w:t>
      </w:r>
    </w:p>
    <w:p w14:paraId="2A6F46A5" w14:textId="77777777" w:rsidR="00400DDF" w:rsidRDefault="00000000">
      <w:r>
        <w:t>I acknowledge that when participating in virtual courses, the instructor cannot fully monitor my environment, space, or form. I accept responsibility for ensuring that my training area is safe, free of hazards, and appropriate for physical activity.</w:t>
      </w:r>
    </w:p>
    <w:p w14:paraId="09F6024F" w14:textId="77777777" w:rsidR="00400DDF" w:rsidRDefault="00000000">
      <w:pPr>
        <w:pStyle w:val="Heading3"/>
      </w:pPr>
      <w:r>
        <w:lastRenderedPageBreak/>
        <w:t>Photography/Video Release (Optional)</w:t>
      </w:r>
    </w:p>
    <w:p w14:paraId="3DC3466C" w14:textId="77777777" w:rsidR="00400DDF" w:rsidRDefault="00000000">
      <w:r>
        <w:t>I grant permission for photographs or video recordings taken during training to be used by Connelly Health and Wellness for promotional or educational purposes.</w:t>
      </w:r>
      <w:r>
        <w:br/>
        <w:t>☐ Yes    ☐ No</w:t>
      </w:r>
    </w:p>
    <w:p w14:paraId="07718025" w14:textId="77777777" w:rsidR="00400DDF" w:rsidRDefault="00000000">
      <w:pPr>
        <w:pStyle w:val="Heading3"/>
      </w:pPr>
      <w:r>
        <w:t>Agreement</w:t>
      </w:r>
    </w:p>
    <w:p w14:paraId="284DB5ED" w14:textId="77777777" w:rsidR="00400DDF" w:rsidRDefault="00000000">
      <w:r>
        <w:t>I have read, understood, and voluntarily agree to the terms of this Liability Waiver. I understand that by signing below, I am waiving certain legal rights, including the right to sue.</w:t>
      </w:r>
    </w:p>
    <w:p w14:paraId="48491E90" w14:textId="77777777" w:rsidR="00400DDF" w:rsidRDefault="00000000">
      <w:r>
        <w:t>Participant Signature: ____________________________________</w:t>
      </w:r>
    </w:p>
    <w:p w14:paraId="38264F82" w14:textId="77777777" w:rsidR="00400DDF" w:rsidRDefault="00000000">
      <w:r>
        <w:t>Parent/Guardian Signature (if under 18): ____________________</w:t>
      </w:r>
    </w:p>
    <w:p w14:paraId="30C4F5DC" w14:textId="77777777" w:rsidR="00400DDF" w:rsidRDefault="00000000">
      <w:r>
        <w:t>Date: ____________________</w:t>
      </w:r>
    </w:p>
    <w:sectPr w:rsidR="00400DDF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23FD7" w14:textId="77777777" w:rsidR="009D2FBA" w:rsidRDefault="009D2FBA" w:rsidP="00D07E0A">
      <w:pPr>
        <w:spacing w:after="0" w:line="240" w:lineRule="auto"/>
      </w:pPr>
      <w:r>
        <w:separator/>
      </w:r>
    </w:p>
  </w:endnote>
  <w:endnote w:type="continuationSeparator" w:id="0">
    <w:p w14:paraId="2B1A458B" w14:textId="77777777" w:rsidR="009D2FBA" w:rsidRDefault="009D2FBA" w:rsidP="00D07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FBFCF" w14:textId="77777777" w:rsidR="009D2FBA" w:rsidRDefault="009D2FBA" w:rsidP="00D07E0A">
      <w:pPr>
        <w:spacing w:after="0" w:line="240" w:lineRule="auto"/>
      </w:pPr>
      <w:r>
        <w:separator/>
      </w:r>
    </w:p>
  </w:footnote>
  <w:footnote w:type="continuationSeparator" w:id="0">
    <w:p w14:paraId="2A3897EC" w14:textId="77777777" w:rsidR="009D2FBA" w:rsidRDefault="009D2FBA" w:rsidP="00D07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C5EA7" w14:textId="66A751A5" w:rsidR="00D07E0A" w:rsidRDefault="00D07E0A">
    <w:pPr>
      <w:pStyle w:val="Header"/>
    </w:pPr>
    <w:r>
      <w:rPr>
        <w:noProof/>
      </w:rPr>
      <w:drawing>
        <wp:inline distT="0" distB="0" distL="0" distR="0" wp14:anchorId="3BF42053" wp14:editId="677C53D7">
          <wp:extent cx="1143000" cy="762000"/>
          <wp:effectExtent l="0" t="0" r="0" b="0"/>
          <wp:docPr id="1568547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54790" name="Picture 1568547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5519" cy="763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9271130">
    <w:abstractNumId w:val="8"/>
  </w:num>
  <w:num w:numId="2" w16cid:durableId="612250464">
    <w:abstractNumId w:val="6"/>
  </w:num>
  <w:num w:numId="3" w16cid:durableId="504243688">
    <w:abstractNumId w:val="5"/>
  </w:num>
  <w:num w:numId="4" w16cid:durableId="218247694">
    <w:abstractNumId w:val="4"/>
  </w:num>
  <w:num w:numId="5" w16cid:durableId="1369796304">
    <w:abstractNumId w:val="7"/>
  </w:num>
  <w:num w:numId="6" w16cid:durableId="791050753">
    <w:abstractNumId w:val="3"/>
  </w:num>
  <w:num w:numId="7" w16cid:durableId="2093115252">
    <w:abstractNumId w:val="2"/>
  </w:num>
  <w:num w:numId="8" w16cid:durableId="962224756">
    <w:abstractNumId w:val="1"/>
  </w:num>
  <w:num w:numId="9" w16cid:durableId="970405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00DDF"/>
    <w:rsid w:val="004F2B51"/>
    <w:rsid w:val="009D2FBA"/>
    <w:rsid w:val="00AA1D8D"/>
    <w:rsid w:val="00B47730"/>
    <w:rsid w:val="00CB0664"/>
    <w:rsid w:val="00D07E0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624CEA"/>
  <w14:defaultImageDpi w14:val="300"/>
  <w15:docId w15:val="{C03C0384-2F28-4B79-B179-902C2972F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Owner</cp:lastModifiedBy>
  <cp:revision>2</cp:revision>
  <dcterms:created xsi:type="dcterms:W3CDTF">2025-09-12T13:40:00Z</dcterms:created>
  <dcterms:modified xsi:type="dcterms:W3CDTF">2025-09-12T13:40:00Z</dcterms:modified>
  <cp:category/>
</cp:coreProperties>
</file>