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F3841" w14:textId="77777777" w:rsidR="00DD603E" w:rsidRDefault="00000000">
      <w:pPr>
        <w:pStyle w:val="Heading1"/>
      </w:pPr>
      <w:r>
        <w:t>Connelly Health and Wellness</w:t>
      </w:r>
    </w:p>
    <w:p w14:paraId="516DF1ED" w14:textId="77777777" w:rsidR="00DD603E" w:rsidRDefault="00000000">
      <w:pPr>
        <w:pStyle w:val="Heading2"/>
      </w:pPr>
      <w:r>
        <w:t>Participant Intake Form</w:t>
      </w:r>
    </w:p>
    <w:p w14:paraId="01E6E28C" w14:textId="77777777" w:rsidR="00DD603E" w:rsidRDefault="00000000">
      <w:r>
        <w:t>Please complete this form prior to beginning your program. All information will be kept confidential and used only to provide safe and effective coaching.</w:t>
      </w:r>
    </w:p>
    <w:p w14:paraId="118DD959" w14:textId="77777777" w:rsidR="00DD603E" w:rsidRDefault="00000000">
      <w:r>
        <w:t>Full Name: ________________________________________________</w:t>
      </w:r>
    </w:p>
    <w:p w14:paraId="09D7DF90" w14:textId="77777777" w:rsidR="00DD603E" w:rsidRDefault="00000000">
      <w:r>
        <w:t>Date of Birth (MM/DD/YYYY): ________________________________</w:t>
      </w:r>
    </w:p>
    <w:p w14:paraId="39A85295" w14:textId="77777777" w:rsidR="00DD603E" w:rsidRDefault="00000000">
      <w:r>
        <w:t>Age: ________</w:t>
      </w:r>
    </w:p>
    <w:p w14:paraId="0974EB9C" w14:textId="77777777" w:rsidR="00DD603E" w:rsidRDefault="00000000">
      <w:r>
        <w:t>Gender: _________________________________________________</w:t>
      </w:r>
    </w:p>
    <w:p w14:paraId="657F6C1A" w14:textId="77777777" w:rsidR="00DD603E" w:rsidRDefault="00000000">
      <w:r>
        <w:t>Height: ___________________   Weight: ____________________</w:t>
      </w:r>
    </w:p>
    <w:p w14:paraId="646316A2" w14:textId="77777777" w:rsidR="00DD603E" w:rsidRDefault="00000000">
      <w:r>
        <w:t>Phone Number: __________________________________________</w:t>
      </w:r>
    </w:p>
    <w:p w14:paraId="486821FD" w14:textId="77777777" w:rsidR="00DD603E" w:rsidRDefault="00000000">
      <w:r>
        <w:t>Email Address: __________________________________________</w:t>
      </w:r>
    </w:p>
    <w:p w14:paraId="5DECB848" w14:textId="77777777" w:rsidR="00DD603E" w:rsidRDefault="00DD603E"/>
    <w:p w14:paraId="5D668609" w14:textId="77777777" w:rsidR="00DD603E" w:rsidRDefault="00000000">
      <w:r>
        <w:t>Emergency Contact Name: __________________________________</w:t>
      </w:r>
    </w:p>
    <w:p w14:paraId="4130E5FB" w14:textId="77777777" w:rsidR="00DD603E" w:rsidRDefault="00000000">
      <w:r>
        <w:t>Emergency Contact Phone: _________________________________</w:t>
      </w:r>
    </w:p>
    <w:p w14:paraId="0BF39871" w14:textId="77777777" w:rsidR="00DD603E" w:rsidRDefault="00DD603E"/>
    <w:p w14:paraId="1B2BDAC1" w14:textId="77777777" w:rsidR="00DD603E" w:rsidRDefault="00000000">
      <w:r>
        <w:t>Pre-Existing Health Conditions (please list):</w:t>
      </w:r>
    </w:p>
    <w:p w14:paraId="7C73DE53" w14:textId="176418B1" w:rsidR="00DD603E" w:rsidRDefault="00000000">
      <w:r>
        <w:t>___________________________________________________________</w:t>
      </w:r>
      <w:r w:rsidR="004E5F69">
        <w:t>_____________________________________________</w:t>
      </w:r>
    </w:p>
    <w:p w14:paraId="76BEEA7F" w14:textId="77777777" w:rsidR="004E5F69" w:rsidRDefault="004E5F69" w:rsidP="004E5F69">
      <w:r>
        <w:t>________________________________________________________________________________________________________</w:t>
      </w:r>
    </w:p>
    <w:p w14:paraId="1536FBA8" w14:textId="77777777" w:rsidR="004E5F69" w:rsidRDefault="004E5F69" w:rsidP="004E5F69">
      <w:r>
        <w:t>________________________________________________________________________________________________________</w:t>
      </w:r>
    </w:p>
    <w:p w14:paraId="44508E05" w14:textId="77777777" w:rsidR="00DD603E" w:rsidRDefault="00DD603E"/>
    <w:p w14:paraId="616530B4" w14:textId="77777777" w:rsidR="00DD603E" w:rsidRDefault="00000000">
      <w:r>
        <w:t>Current Medications (if any):</w:t>
      </w:r>
    </w:p>
    <w:p w14:paraId="796116B2" w14:textId="77777777" w:rsidR="004E5F69" w:rsidRDefault="004E5F69" w:rsidP="004E5F69">
      <w:r>
        <w:t>________________________________________________________________________________________________________</w:t>
      </w:r>
    </w:p>
    <w:p w14:paraId="1CB0B37C" w14:textId="77777777" w:rsidR="004E5F69" w:rsidRDefault="004E5F69" w:rsidP="004E5F69">
      <w:r>
        <w:t>________________________________________________________________________________________________________</w:t>
      </w:r>
    </w:p>
    <w:p w14:paraId="2006CCBA" w14:textId="77777777" w:rsidR="00DD603E" w:rsidRDefault="00DD603E"/>
    <w:p w14:paraId="25F9EC59" w14:textId="77777777" w:rsidR="004E5F69" w:rsidRDefault="004E5F69"/>
    <w:p w14:paraId="3FE8AD06" w14:textId="41E26999" w:rsidR="00DD603E" w:rsidRDefault="00000000">
      <w:r>
        <w:lastRenderedPageBreak/>
        <w:t>Primary Health &amp; Wellness Goals:</w:t>
      </w:r>
    </w:p>
    <w:p w14:paraId="7FECDD08" w14:textId="77777777" w:rsidR="004E5F69" w:rsidRDefault="004E5F69" w:rsidP="004E5F69">
      <w:r>
        <w:t>________________________________________________________________________________________________________</w:t>
      </w:r>
    </w:p>
    <w:p w14:paraId="3CE87FC8" w14:textId="77777777" w:rsidR="004E5F69" w:rsidRDefault="004E5F69" w:rsidP="004E5F69">
      <w:r>
        <w:t>________________________________________________________________________________________________________</w:t>
      </w:r>
    </w:p>
    <w:p w14:paraId="3E7AE982" w14:textId="77777777" w:rsidR="004E5F69" w:rsidRDefault="004E5F69" w:rsidP="004E5F69">
      <w:r>
        <w:t>________________________________________________________________________________________________________</w:t>
      </w:r>
    </w:p>
    <w:p w14:paraId="40425489" w14:textId="77777777" w:rsidR="00DD603E" w:rsidRDefault="00DD603E"/>
    <w:p w14:paraId="4BB1D01B" w14:textId="77777777" w:rsidR="00DD603E" w:rsidRDefault="00000000">
      <w:r>
        <w:t>Additional Notes or Concerns:</w:t>
      </w:r>
    </w:p>
    <w:p w14:paraId="0C5CEF81" w14:textId="77777777" w:rsidR="004E5F69" w:rsidRDefault="004E5F69" w:rsidP="004E5F69">
      <w:r>
        <w:t>________________________________________________________________________________________________________</w:t>
      </w:r>
    </w:p>
    <w:p w14:paraId="645CE215" w14:textId="77777777" w:rsidR="004E5F69" w:rsidRDefault="004E5F69" w:rsidP="004E5F69">
      <w:r>
        <w:t>________________________________________________________________________________________________________</w:t>
      </w:r>
    </w:p>
    <w:p w14:paraId="290EAD9B" w14:textId="77777777" w:rsidR="00DD603E" w:rsidRDefault="00DD603E"/>
    <w:p w14:paraId="3326D3E6" w14:textId="77777777" w:rsidR="00DD603E" w:rsidRDefault="00000000">
      <w:r>
        <w:t>Signature: __________________________________   Date: _____________</w:t>
      </w:r>
    </w:p>
    <w:sectPr w:rsidR="00DD603E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5AE8D" w14:textId="77777777" w:rsidR="005B6B19" w:rsidRDefault="005B6B19" w:rsidP="004E5F69">
      <w:pPr>
        <w:spacing w:after="0" w:line="240" w:lineRule="auto"/>
      </w:pPr>
      <w:r>
        <w:separator/>
      </w:r>
    </w:p>
  </w:endnote>
  <w:endnote w:type="continuationSeparator" w:id="0">
    <w:p w14:paraId="5D1FAC51" w14:textId="77777777" w:rsidR="005B6B19" w:rsidRDefault="005B6B19" w:rsidP="004E5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60367" w14:textId="77777777" w:rsidR="005B6B19" w:rsidRDefault="005B6B19" w:rsidP="004E5F69">
      <w:pPr>
        <w:spacing w:after="0" w:line="240" w:lineRule="auto"/>
      </w:pPr>
      <w:r>
        <w:separator/>
      </w:r>
    </w:p>
  </w:footnote>
  <w:footnote w:type="continuationSeparator" w:id="0">
    <w:p w14:paraId="058FC02F" w14:textId="77777777" w:rsidR="005B6B19" w:rsidRDefault="005B6B19" w:rsidP="004E5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C8F2C" w14:textId="0293DA43" w:rsidR="004E5F69" w:rsidRDefault="004E5F69">
    <w:pPr>
      <w:pStyle w:val="Header"/>
    </w:pPr>
    <w:r>
      <w:rPr>
        <w:noProof/>
      </w:rPr>
      <w:drawing>
        <wp:inline distT="0" distB="0" distL="0" distR="0" wp14:anchorId="7D28DC55" wp14:editId="01BC8D81">
          <wp:extent cx="1019175" cy="679450"/>
          <wp:effectExtent l="0" t="0" r="0" b="0"/>
          <wp:docPr id="17815407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540776" name="Picture 17815407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3338" cy="682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99068681">
    <w:abstractNumId w:val="8"/>
  </w:num>
  <w:num w:numId="2" w16cid:durableId="1075974967">
    <w:abstractNumId w:val="6"/>
  </w:num>
  <w:num w:numId="3" w16cid:durableId="446970138">
    <w:abstractNumId w:val="5"/>
  </w:num>
  <w:num w:numId="4" w16cid:durableId="1211302280">
    <w:abstractNumId w:val="4"/>
  </w:num>
  <w:num w:numId="5" w16cid:durableId="368647332">
    <w:abstractNumId w:val="7"/>
  </w:num>
  <w:num w:numId="6" w16cid:durableId="1244216655">
    <w:abstractNumId w:val="3"/>
  </w:num>
  <w:num w:numId="7" w16cid:durableId="1020863353">
    <w:abstractNumId w:val="2"/>
  </w:num>
  <w:num w:numId="8" w16cid:durableId="679740118">
    <w:abstractNumId w:val="1"/>
  </w:num>
  <w:num w:numId="9" w16cid:durableId="20521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E5F69"/>
    <w:rsid w:val="004F2B51"/>
    <w:rsid w:val="005B6B19"/>
    <w:rsid w:val="00AA1D8D"/>
    <w:rsid w:val="00B47730"/>
    <w:rsid w:val="00CB0664"/>
    <w:rsid w:val="00DD603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8AB15F"/>
  <w14:defaultImageDpi w14:val="300"/>
  <w15:docId w15:val="{C03C0384-2F28-4B79-B179-902C2972F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Owner</cp:lastModifiedBy>
  <cp:revision>2</cp:revision>
  <dcterms:created xsi:type="dcterms:W3CDTF">2025-09-11T18:34:00Z</dcterms:created>
  <dcterms:modified xsi:type="dcterms:W3CDTF">2025-09-11T18:34:00Z</dcterms:modified>
  <cp:category/>
</cp:coreProperties>
</file>